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D1072" w14:textId="226C6E52" w:rsidR="00510D83" w:rsidRDefault="00510D83">
      <w:pPr>
        <w:jc w:val="center"/>
      </w:pPr>
    </w:p>
    <w:p w14:paraId="2C2CC9D2" w14:textId="77777777" w:rsidR="00510D83" w:rsidRPr="00FE016E" w:rsidRDefault="00544D1B">
      <w:pPr>
        <w:jc w:val="center"/>
        <w:rPr>
          <w:lang w:val="it-IT"/>
        </w:rPr>
      </w:pPr>
      <w:r w:rsidRPr="00FE016E">
        <w:rPr>
          <w:b/>
          <w:sz w:val="24"/>
          <w:lang w:val="it-IT"/>
        </w:rPr>
        <w:t>ALLEGATO A – ISTANZA DI CANDIDATURA ALL’INTERPELLO ADEE</w:t>
      </w:r>
    </w:p>
    <w:p w14:paraId="4D47400D" w14:textId="77777777" w:rsidR="00510D83" w:rsidRPr="00FE016E" w:rsidRDefault="00544D1B">
      <w:pPr>
        <w:jc w:val="right"/>
        <w:rPr>
          <w:lang w:val="it-IT"/>
        </w:rPr>
      </w:pPr>
      <w:r w:rsidRPr="00FE016E">
        <w:rPr>
          <w:lang w:val="it-IT"/>
        </w:rPr>
        <w:t>Alla Dirigente Scolastica</w:t>
      </w:r>
      <w:r w:rsidRPr="00FE016E">
        <w:rPr>
          <w:lang w:val="it-IT"/>
        </w:rPr>
        <w:br/>
        <w:t>dell’Istituto Comprensivo “Tusa”</w:t>
      </w:r>
    </w:p>
    <w:p w14:paraId="4171067E" w14:textId="77777777" w:rsidR="00510D83" w:rsidRPr="00FE016E" w:rsidRDefault="00544D1B" w:rsidP="00FE016E">
      <w:pPr>
        <w:jc w:val="both"/>
        <w:rPr>
          <w:lang w:val="it-IT"/>
        </w:rPr>
      </w:pPr>
      <w:r w:rsidRPr="00FE016E">
        <w:rPr>
          <w:b/>
          <w:lang w:val="it-IT"/>
        </w:rPr>
        <w:t>OGGETTO: Candidatura all’interpello per n. 1 supplenza temporanea su posto di sostegno – scuola primaria (ADEE), a.s. 2026/2027.</w:t>
      </w:r>
    </w:p>
    <w:p w14:paraId="2812EC76" w14:textId="77777777" w:rsidR="00510D83" w:rsidRPr="00FE016E" w:rsidRDefault="00544D1B" w:rsidP="00FE016E">
      <w:pPr>
        <w:jc w:val="both"/>
        <w:rPr>
          <w:lang w:val="it-IT"/>
        </w:rPr>
      </w:pPr>
      <w:r w:rsidRPr="00FE016E">
        <w:rPr>
          <w:lang w:val="it-IT"/>
        </w:rPr>
        <w:t xml:space="preserve">Il/La sottoscritto/a ________________________________________________________________, nato/a </w:t>
      </w:r>
      <w:proofErr w:type="spellStart"/>
      <w:r w:rsidRPr="00FE016E">
        <w:rPr>
          <w:lang w:val="it-IT"/>
        </w:rPr>
        <w:t>a</w:t>
      </w:r>
      <w:proofErr w:type="spellEnd"/>
      <w:r w:rsidRPr="00FE016E">
        <w:rPr>
          <w:lang w:val="it-IT"/>
        </w:rPr>
        <w:t xml:space="preserve"> __________________________________________ (____) il ____/____/________, C.F. ____________________________________, residente in ______________________________________________ (____), via/piazza ______________________________________________ n. _____, CAP __________, telefono ____________________________, e-mail ______________________________________________, PEC (se disponibile) ______________________________________________,</w:t>
      </w:r>
    </w:p>
    <w:p w14:paraId="790638CA" w14:textId="77777777" w:rsidR="00510D83" w:rsidRPr="00FE016E" w:rsidRDefault="00544D1B">
      <w:pPr>
        <w:jc w:val="center"/>
        <w:rPr>
          <w:lang w:val="it-IT"/>
        </w:rPr>
      </w:pPr>
      <w:r w:rsidRPr="00FE016E">
        <w:rPr>
          <w:b/>
          <w:lang w:val="it-IT"/>
        </w:rPr>
        <w:t>CHIEDE</w:t>
      </w:r>
    </w:p>
    <w:p w14:paraId="7EBD99FC" w14:textId="77777777" w:rsidR="00510D83" w:rsidRPr="00FE016E" w:rsidRDefault="00544D1B">
      <w:pPr>
        <w:jc w:val="both"/>
        <w:rPr>
          <w:lang w:val="it-IT"/>
        </w:rPr>
      </w:pPr>
      <w:r w:rsidRPr="00FE016E">
        <w:rPr>
          <w:lang w:val="it-IT"/>
        </w:rPr>
        <w:t>di partecipare alla procedura di interpello indicata in oggetto e, a tal fine, ai sensi degli artt. 46 e 47 del D.P.R. 28 dicembre 2000, n. 445, consapevole delle responsabilità e delle sanzioni penali previste dall’art. 76 del medesimo D.P.R. in caso di dichiarazioni mendaci,</w:t>
      </w:r>
    </w:p>
    <w:p w14:paraId="4AC95B72" w14:textId="77777777" w:rsidR="00510D83" w:rsidRPr="00FE016E" w:rsidRDefault="00544D1B">
      <w:pPr>
        <w:jc w:val="center"/>
        <w:rPr>
          <w:lang w:val="it-IT"/>
        </w:rPr>
      </w:pPr>
      <w:r w:rsidRPr="00FE016E">
        <w:rPr>
          <w:b/>
          <w:lang w:val="it-IT"/>
        </w:rPr>
        <w:t>DICHIARA</w:t>
      </w:r>
    </w:p>
    <w:p w14:paraId="29C60AD8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possedere i requisiti generali di ammissione previsti dall’art. 6 dell’O.M. n. 27/2026 e di non trovarsi in alcuna delle condizioni ostative ivi indicate;</w:t>
      </w:r>
    </w:p>
    <w:p w14:paraId="2D9ABF8F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non essere già stato/</w:t>
      </w:r>
      <w:proofErr w:type="gramStart"/>
      <w:r w:rsidRPr="00FE016E">
        <w:rPr>
          <w:lang w:val="it-IT"/>
        </w:rPr>
        <w:t>a</w:t>
      </w:r>
      <w:proofErr w:type="gramEnd"/>
      <w:r w:rsidRPr="00FE016E">
        <w:rPr>
          <w:lang w:val="it-IT"/>
        </w:rPr>
        <w:t xml:space="preserve"> individuato/a quale destinatario/a di contratto a tempo determinato, ai sensi dell’art. 14, comma 22, dell’O.M. n. 27/2026;</w:t>
      </w:r>
    </w:p>
    <w:p w14:paraId="24B3A88B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essere in possesso del seguente titolo di specializzazione sul sostegno per la scuola primaria: ______________________________________________, conseguito in data ____/____/________ presso ______________________________________________;</w:t>
      </w:r>
    </w:p>
    <w:p w14:paraId="1B559CF0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ovvero, in subordine, di essere in possesso del seguente titolo abilitante per la scuola primaria: ______________________________________________, conseguito in data ____/____/________ presso ______________________________________________ con votazione __________________;</w:t>
      </w:r>
    </w:p>
    <w:p w14:paraId="3E725EC2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ovvero, di essere iscritto/a al ______ anno del corso di laurea in Scienze della Formazione Primaria presso ______________________________________________ e di avere conseguito n. ______ CFU alla data di presentazione della domanda;</w:t>
      </w:r>
    </w:p>
    <w:p w14:paraId="44A9FB76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avere prestato i seguenti servizi sul sostegno nella scuola primaria (indicare istituzione scolastica e periodo): ____________________________________________________________________________________________;</w:t>
      </w:r>
    </w:p>
    <w:p w14:paraId="4820C68B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avere prestato i seguenti ulteriori servizi nella scuola primaria: ____________________________________________________________________________________________;</w:t>
      </w:r>
    </w:p>
    <w:p w14:paraId="2C6D92D2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essere disponibile ad assumere servizio nei tempi indicati dall’Istituzione scolastica;</w:t>
      </w:r>
    </w:p>
    <w:p w14:paraId="02A65158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t xml:space="preserve">□ </w:t>
      </w:r>
      <w:r w:rsidRPr="00FE016E">
        <w:rPr>
          <w:lang w:val="it-IT"/>
        </w:rPr>
        <w:t>di accettare integralmente le condizioni previste dall’avviso di interpello e le disposizioni applicabili dell’O.M. n. 27/2026;</w:t>
      </w:r>
    </w:p>
    <w:p w14:paraId="418B4249" w14:textId="77777777" w:rsidR="00510D83" w:rsidRPr="00FE016E" w:rsidRDefault="00544D1B" w:rsidP="00FE016E">
      <w:pPr>
        <w:spacing w:after="60"/>
        <w:ind w:left="283" w:hanging="198"/>
        <w:jc w:val="both"/>
        <w:rPr>
          <w:lang w:val="it-IT"/>
        </w:rPr>
      </w:pPr>
      <w:r w:rsidRPr="00FE016E">
        <w:rPr>
          <w:b/>
          <w:lang w:val="it-IT"/>
        </w:rPr>
        <w:lastRenderedPageBreak/>
        <w:t xml:space="preserve">□ </w:t>
      </w:r>
      <w:r w:rsidRPr="00FE016E">
        <w:rPr>
          <w:lang w:val="it-IT"/>
        </w:rPr>
        <w:t>di aver preso visione dell’informativa sul trattamento dei dati personali resa dall’Istituzione scolastica.</w:t>
      </w:r>
    </w:p>
    <w:p w14:paraId="167AAF89" w14:textId="77777777" w:rsidR="00510D83" w:rsidRPr="00FE016E" w:rsidRDefault="00544D1B" w:rsidP="00FE016E">
      <w:pPr>
        <w:spacing w:before="140"/>
        <w:jc w:val="both"/>
        <w:rPr>
          <w:lang w:val="it-IT"/>
        </w:rPr>
      </w:pPr>
      <w:r w:rsidRPr="00FE016E">
        <w:rPr>
          <w:b/>
          <w:lang w:val="it-IT"/>
        </w:rPr>
        <w:t>ALLEGA</w:t>
      </w:r>
    </w:p>
    <w:p w14:paraId="7BACCA0C" w14:textId="77777777" w:rsidR="00510D83" w:rsidRPr="00FE016E" w:rsidRDefault="00544D1B" w:rsidP="00FE016E">
      <w:pPr>
        <w:spacing w:after="40"/>
        <w:ind w:left="283"/>
        <w:jc w:val="both"/>
        <w:rPr>
          <w:lang w:val="it-IT"/>
        </w:rPr>
      </w:pPr>
      <w:r w:rsidRPr="00FE016E">
        <w:rPr>
          <w:lang w:val="it-IT"/>
        </w:rPr>
        <w:t>• copia di un documento di identità in corso di validità;</w:t>
      </w:r>
    </w:p>
    <w:p w14:paraId="2ED01FCD" w14:textId="77777777" w:rsidR="00510D83" w:rsidRPr="00FE016E" w:rsidRDefault="00544D1B" w:rsidP="00FE016E">
      <w:pPr>
        <w:spacing w:after="40"/>
        <w:ind w:left="283"/>
        <w:jc w:val="both"/>
        <w:rPr>
          <w:lang w:val="it-IT"/>
        </w:rPr>
      </w:pPr>
      <w:r w:rsidRPr="00FE016E">
        <w:rPr>
          <w:lang w:val="it-IT"/>
        </w:rPr>
        <w:t>• curriculum vitae datato e sottoscritto;</w:t>
      </w:r>
    </w:p>
    <w:p w14:paraId="0160D59E" w14:textId="77777777" w:rsidR="00510D83" w:rsidRPr="00FE016E" w:rsidRDefault="00544D1B" w:rsidP="00FE016E">
      <w:pPr>
        <w:spacing w:after="40"/>
        <w:ind w:left="283"/>
        <w:jc w:val="both"/>
        <w:rPr>
          <w:lang w:val="it-IT"/>
        </w:rPr>
      </w:pPr>
      <w:r w:rsidRPr="00FE016E">
        <w:rPr>
          <w:lang w:val="it-IT"/>
        </w:rPr>
        <w:t>• eventuale ulteriore documentazione: ______________________________________________.</w:t>
      </w:r>
    </w:p>
    <w:p w14:paraId="6717EDEC" w14:textId="77777777" w:rsidR="00FE016E" w:rsidRDefault="00544D1B" w:rsidP="00FE016E">
      <w:pPr>
        <w:rPr>
          <w:lang w:val="it-IT"/>
        </w:rPr>
      </w:pPr>
      <w:r w:rsidRPr="00FE016E">
        <w:rPr>
          <w:lang w:val="it-IT"/>
        </w:rPr>
        <w:br/>
      </w:r>
    </w:p>
    <w:p w14:paraId="50B4F67E" w14:textId="2EA7669A" w:rsidR="00FE016E" w:rsidRDefault="00544D1B" w:rsidP="00FE016E">
      <w:pPr>
        <w:rPr>
          <w:lang w:val="it-IT"/>
        </w:rPr>
      </w:pPr>
      <w:r w:rsidRPr="00FE016E">
        <w:rPr>
          <w:lang w:val="it-IT"/>
        </w:rPr>
        <w:t>Luogo e data ______________________________</w:t>
      </w:r>
    </w:p>
    <w:p w14:paraId="2E5C86AD" w14:textId="77777777" w:rsidR="00FE016E" w:rsidRDefault="00544D1B" w:rsidP="00FE016E">
      <w:pPr>
        <w:ind w:left="4320"/>
        <w:rPr>
          <w:lang w:val="it-IT"/>
        </w:rPr>
      </w:pPr>
      <w:r w:rsidRPr="00FE016E">
        <w:rPr>
          <w:lang w:val="it-IT"/>
        </w:rPr>
        <w:br/>
      </w:r>
      <w:r w:rsidRPr="00FE016E">
        <w:rPr>
          <w:lang w:val="it-IT"/>
        </w:rPr>
        <w:br/>
      </w:r>
      <w:r w:rsidR="00FE016E">
        <w:rPr>
          <w:lang w:val="it-IT"/>
        </w:rPr>
        <w:t xml:space="preserve">                                   </w:t>
      </w:r>
      <w:r w:rsidRPr="00FE016E">
        <w:rPr>
          <w:lang w:val="it-IT"/>
        </w:rPr>
        <w:t>Firma</w:t>
      </w:r>
    </w:p>
    <w:p w14:paraId="7AEFAF37" w14:textId="6D45EB30" w:rsidR="00510D83" w:rsidRPr="00FE016E" w:rsidRDefault="00544D1B" w:rsidP="00FE016E">
      <w:pPr>
        <w:ind w:left="4320"/>
        <w:rPr>
          <w:lang w:val="it-IT"/>
        </w:rPr>
      </w:pPr>
      <w:r w:rsidRPr="00FE016E">
        <w:rPr>
          <w:lang w:val="it-IT"/>
        </w:rPr>
        <w:t xml:space="preserve"> __________________________________________</w:t>
      </w:r>
    </w:p>
    <w:sectPr w:rsidR="00510D83" w:rsidRPr="00FE016E" w:rsidSect="00034616">
      <w:pgSz w:w="12240" w:h="15840"/>
      <w:pgMar w:top="964" w:right="1247" w:bottom="90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7000212">
    <w:abstractNumId w:val="8"/>
  </w:num>
  <w:num w:numId="2" w16cid:durableId="1579903144">
    <w:abstractNumId w:val="6"/>
  </w:num>
  <w:num w:numId="3" w16cid:durableId="416749095">
    <w:abstractNumId w:val="5"/>
  </w:num>
  <w:num w:numId="4" w16cid:durableId="1945068569">
    <w:abstractNumId w:val="4"/>
  </w:num>
  <w:num w:numId="5" w16cid:durableId="1019241422">
    <w:abstractNumId w:val="7"/>
  </w:num>
  <w:num w:numId="6" w16cid:durableId="1917937821">
    <w:abstractNumId w:val="3"/>
  </w:num>
  <w:num w:numId="7" w16cid:durableId="1524247620">
    <w:abstractNumId w:val="2"/>
  </w:num>
  <w:num w:numId="8" w16cid:durableId="40978744">
    <w:abstractNumId w:val="1"/>
  </w:num>
  <w:num w:numId="9" w16cid:durableId="1390691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10D83"/>
    <w:rsid w:val="005F069E"/>
    <w:rsid w:val="00AA1D8D"/>
    <w:rsid w:val="00B47730"/>
    <w:rsid w:val="00CB0664"/>
    <w:rsid w:val="00FC693F"/>
    <w:rsid w:val="00FE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676DC"/>
  <w14:defaultImageDpi w14:val="300"/>
  <w15:docId w15:val="{3969719C-8205-4787-A09C-763777122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2829</Characters>
  <Application>Microsoft Office Word</Application>
  <DocSecurity>0</DocSecurity>
  <Lines>52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Lucia Scolaro</cp:lastModifiedBy>
  <cp:revision>2</cp:revision>
  <dcterms:created xsi:type="dcterms:W3CDTF">2026-09-29T11:42:00Z</dcterms:created>
  <dcterms:modified xsi:type="dcterms:W3CDTF">2026-09-29T11:42:00Z</dcterms:modified>
  <cp:category/>
</cp:coreProperties>
</file>