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40" w:lineRule="auto"/>
        <w:jc w:val="center"/>
      </w:pPr>
      <w:r>
        <w:rPr>
          <w:b/>
          <w:sz w:val="24"/>
        </w:rPr>
        <w:t>ALLEGATO A – ISTANZA DI CANDIDATURA ALL’INTERPELLO ADEE</w:t>
      </w:r>
    </w:p>
    <w:p>
      <w:pPr>
        <w:spacing w:after="80" w:line="240" w:lineRule="auto"/>
        <w:jc w:val="right"/>
      </w:pPr>
      <w:r>
        <w:rPr>
          <w:b/>
        </w:rPr>
        <w:t>Al Dirigente Scolastico</w:t>
        <w:br/>
      </w:r>
      <w:r>
        <w:t>dell’Istituto Comprensivo di Brolo</w:t>
      </w:r>
    </w:p>
    <w:p>
      <w:pPr>
        <w:spacing w:after="80" w:line="240" w:lineRule="auto"/>
      </w:pPr>
      <w:r>
        <w:rPr>
          <w:b/>
        </w:rPr>
        <w:t xml:space="preserve">OGGETTO: </w:t>
      </w:r>
      <w:r>
        <w:t>Candidatura all’interpello per n. 1 supplenza breve su posto di sostegno – scuola primaria (ADEE), a.s. 2026/2027.</w:t>
      </w:r>
    </w:p>
    <w:p>
      <w:pPr>
        <w:spacing w:after="80" w:line="240" w:lineRule="auto"/>
      </w:pPr>
      <w:r>
        <w:rPr>
          <w:b/>
        </w:rPr>
        <w:t xml:space="preserve">Il/La sottoscritto/a </w:t>
      </w:r>
      <w:r>
        <w:t>______________________________________________________________</w:t>
      </w:r>
      <w:r>
        <w:t>,</w:t>
        <w:br/>
        <w:t>nato/a a __________________________________________ (____) il ____/____/________, C.F. ________________________________,</w:t>
        <w:br/>
        <w:t>residente in __________________________________ (____), via/piazza __________________________________ n. _____, CAP __________,</w:t>
        <w:br/>
        <w:t>telefono ________________________, e-mail ____________________________________________, PEC (se disponibile) ____________________________________________.</w:t>
      </w:r>
    </w:p>
    <w:p>
      <w:pPr>
        <w:spacing w:after="80" w:line="240" w:lineRule="auto"/>
        <w:jc w:val="center"/>
      </w:pPr>
      <w:r>
        <w:rPr>
          <w:b/>
          <w:sz w:val="22"/>
        </w:rPr>
        <w:t>CHIEDE</w:t>
      </w:r>
    </w:p>
    <w:p>
      <w:pPr>
        <w:spacing w:after="80" w:line="240" w:lineRule="auto"/>
      </w:pPr>
      <w:r>
        <w:t>di partecipare alla procedura di interpello indicata in oggetto e, a tal fine, ai sensi degli artt. 46 e 47 del D.P.R. 28 dicembre 2000, n. 445, consapevole delle responsabilità e delle sanzioni penali previste dall’art. 76 del medesimo D.P.R. in caso di dichiarazioni mendaci,</w:t>
      </w:r>
    </w:p>
    <w:p>
      <w:pPr>
        <w:spacing w:after="80" w:line="240" w:lineRule="auto"/>
        <w:jc w:val="center"/>
      </w:pPr>
      <w:r>
        <w:rPr>
          <w:b/>
          <w:sz w:val="22"/>
        </w:rPr>
        <w:t>DICHIARA</w:t>
      </w:r>
    </w:p>
    <w:p>
      <w:pPr>
        <w:spacing w:after="60" w:line="240" w:lineRule="auto"/>
      </w:pPr>
      <w:r>
        <w:t>☐ di possedere i requisiti generali di ammissione previsti dall’art. 6 dell’O.M. n. 27/2026 e di non trovarsi in alcuna delle condizioni ostative ivi indicate;</w:t>
      </w:r>
    </w:p>
    <w:p>
      <w:pPr>
        <w:spacing w:after="60" w:line="240" w:lineRule="auto"/>
      </w:pPr>
      <w:r>
        <w:t>☐ di non essere già destinatario/a di contratto a tempo determinato né già individuato/a quale destinatario/a di supplenza nelle more della presa di servizio, nei casi di esclusione previsti dalla normativa vigente;</w:t>
      </w:r>
    </w:p>
    <w:p>
      <w:pPr>
        <w:spacing w:after="60" w:line="240" w:lineRule="auto"/>
      </w:pPr>
      <w:r>
        <w:t>☐ di essere disponibile ad assumere servizio entro i termini indicati dall’Istituzione scolastica e comunque entro 24 ore dall’accettazione, salvo i casi previsti dalla normativa vigente;</w:t>
      </w:r>
    </w:p>
    <w:p>
      <w:pPr>
        <w:spacing w:after="60" w:line="240" w:lineRule="auto"/>
      </w:pPr>
      <w:r>
        <w:t>☐ di accettare integralmente le condizioni previste dall’avviso di interpello e le disposizioni applicabili dell’O.M. n. 27/2026;</w:t>
      </w:r>
    </w:p>
    <w:p>
      <w:pPr>
        <w:spacing w:after="60" w:line="240" w:lineRule="auto"/>
      </w:pPr>
      <w:r>
        <w:t>☐ di aver preso visione dell’informativa sul trattamento dei dati personali resa dall’Istituzione scolastica.</w:t>
      </w:r>
    </w:p>
    <w:p>
      <w:pPr>
        <w:spacing w:after="80" w:line="240" w:lineRule="auto"/>
      </w:pPr>
      <w:r>
        <w:rPr>
          <w:b/>
        </w:rPr>
        <w:t>AI FINI DELL’INSERIMENTO NELLA PRIORITÀ DI APPARTENENZA, DICHIARA INOLTRE:</w:t>
      </w:r>
    </w:p>
    <w:p>
      <w:pPr>
        <w:spacing w:after="40" w:line="240" w:lineRule="auto"/>
      </w:pPr>
      <w:r>
        <w:rPr>
          <w:b/>
        </w:rPr>
        <w:t xml:space="preserve">☐ PRIORITÀ 1 – </w:t>
      </w:r>
      <w:r>
        <w:t>di essere in possesso del titolo di specializzazione sul sostegno per la scuola primaria.</w:t>
      </w:r>
    </w:p>
    <w:p>
      <w:pPr>
        <w:spacing w:after="40" w:line="240" w:lineRule="auto"/>
      </w:pPr>
      <w:r>
        <w:rPr>
          <w:b/>
        </w:rPr>
        <w:t xml:space="preserve">☐ PRIORITÀ 2 – </w:t>
      </w:r>
      <w:r>
        <w:t>di essere in possesso di titolo abilitante all’insegnamento nella scuola primaria.</w:t>
      </w:r>
    </w:p>
    <w:p>
      <w:pPr>
        <w:spacing w:after="40" w:line="240" w:lineRule="auto"/>
      </w:pPr>
      <w:r>
        <w:rPr>
          <w:b/>
        </w:rPr>
        <w:t xml:space="preserve">☐ PRIORITÀ 2 - precedenza – </w:t>
      </w:r>
      <w:r>
        <w:t>di essere altresì iscritto/a e frequentante un percorso di specializzazione sul sostegno per la scuola primaria.</w:t>
      </w:r>
    </w:p>
    <w:p>
      <w:pPr>
        <w:spacing w:after="40" w:line="240" w:lineRule="auto"/>
      </w:pPr>
      <w:r>
        <w:rPr>
          <w:b/>
        </w:rPr>
        <w:t xml:space="preserve">☐ PRIORITÀ 3 – </w:t>
      </w:r>
      <w:r>
        <w:t>di essere iscritto/a almeno al terzo anno del corso di laurea in Scienze della Formazione Primaria e di avere conseguito almeno 150 CFU entro il termine di presentazione della candidatura.</w:t>
      </w:r>
    </w:p>
    <w:p>
      <w:pPr>
        <w:spacing w:after="40" w:line="240" w:lineRule="auto"/>
      </w:pPr>
      <w:r>
        <w:rPr>
          <w:b/>
        </w:rPr>
        <w:t xml:space="preserve">☐ PRIORITÀ 4 – </w:t>
      </w:r>
      <w:r>
        <w:t>di essere in possesso di titolo di specializzazione sul sostegno riferito ad altro grado di istruzione:  ☐ scuola dell’infanzia   ☐ scuola secondaria di I grado.</w:t>
      </w:r>
    </w:p>
    <w:p>
      <w:pPr>
        <w:spacing w:after="40" w:line="240" w:lineRule="auto"/>
      </w:pPr>
      <w:r>
        <w:rPr>
          <w:b/>
        </w:rPr>
        <w:t xml:space="preserve">☐ PRIORITÀ 5 – </w:t>
      </w:r>
      <w:r>
        <w:t>di essere in possesso di titolo universitario rientrante nelle categorie residuali indicate nell’avviso.</w:t>
      </w:r>
    </w:p>
    <w:p>
      <w:pPr>
        <w:spacing w:after="80" w:line="240" w:lineRule="auto"/>
      </w:pPr>
      <w:r>
        <w:rPr>
          <w:b/>
        </w:rPr>
        <w:t xml:space="preserve">Titolo dichiarato ai fini della priorità: </w:t>
      </w:r>
      <w:r>
        <w:t>____________________________________________________________________________________</w:t>
        <w:br/>
      </w:r>
      <w:r>
        <w:t>Conseguito presso ______________________________________________ in data ____/____/________ con votazione ____________________</w:t>
      </w:r>
    </w:p>
    <w:p>
      <w:pPr>
        <w:spacing w:after="80" w:line="240" w:lineRule="auto"/>
      </w:pPr>
      <w:r>
        <w:rPr>
          <w:b/>
        </w:rPr>
        <w:t>Per i candidati di Priorità 5, specificare la tipologia di titolo universitario:</w:t>
      </w:r>
      <w:r>
        <w:br/>
        <w:t>☐ laurea magistrale/specialistica area pedagogica, educativa, psicologica o sociale</w:t>
        <w:br/>
        <w:t>☐ laurea magistrale/specialistica area umanistica, linguistica o delle scienze sociali</w:t>
        <w:br/>
        <w:t>☐ altra laurea magistrale/specialistica</w:t>
        <w:br/>
        <w:t>☐ laurea triennale (specificare area/titolo): ________________________________________________</w:t>
      </w:r>
    </w:p>
    <w:p>
      <w:pPr>
        <w:spacing w:after="80" w:line="240" w:lineRule="auto"/>
      </w:pPr>
      <w:r>
        <w:rPr>
          <w:b/>
        </w:rPr>
        <w:t>SERVIZI UTILI AI CRITERI DI PRECEDENZA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vAlign w:val="center"/>
          </w:tcPr>
          <w:p>
            <w:r>
              <w:rPr>
                <w:b/>
              </w:rPr>
              <w:t>Tipologia di servizio</w:t>
            </w:r>
          </w:p>
        </w:tc>
        <w:tc>
          <w:tcPr>
            <w:tcW w:type="dxa" w:w="3288"/>
            <w:vAlign w:val="center"/>
          </w:tcPr>
          <w:p>
            <w:r>
              <w:rPr>
                <w:b/>
              </w:rPr>
              <w:t>Istituzione scolastica</w:t>
            </w:r>
          </w:p>
        </w:tc>
        <w:tc>
          <w:tcPr>
            <w:tcW w:type="dxa" w:w="2268"/>
            <w:vAlign w:val="center"/>
          </w:tcPr>
          <w:p>
            <w:r>
              <w:rPr>
                <w:b/>
              </w:rPr>
              <w:t>Periodo dal/al</w:t>
            </w:r>
          </w:p>
        </w:tc>
        <w:tc>
          <w:tcPr>
            <w:tcW w:type="dxa" w:w="1247"/>
            <w:vAlign w:val="center"/>
          </w:tcPr>
          <w:p>
            <w:r>
              <w:rPr>
                <w:b/>
              </w:rPr>
              <w:t>Giorni/mesi</w:t>
            </w:r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328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328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328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328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328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247"/>
          </w:tcPr>
          <w:p>
            <w:r/>
          </w:p>
        </w:tc>
      </w:tr>
    </w:tbl>
    <w:p>
      <w:pPr>
        <w:spacing w:after="80" w:line="240" w:lineRule="auto"/>
      </w:pPr>
      <w:r>
        <w:rPr>
          <w:b/>
        </w:rPr>
        <w:t xml:space="preserve">Indicare prioritariamente: </w:t>
      </w:r>
      <w:r>
        <w:t>1) servizio su sostegno nella scuola primaria; 2) servizio nella scuola primaria; 3) servizio su sostegno in altro grado di istruzione; 4) ulteriore servizio nelle istituzioni scolastiche.</w:t>
      </w:r>
    </w:p>
    <w:p>
      <w:pPr>
        <w:spacing w:after="80" w:line="240" w:lineRule="auto"/>
      </w:pPr>
      <w:r>
        <w:rPr>
          <w:b/>
        </w:rPr>
        <w:t>ALLEGA</w:t>
      </w:r>
    </w:p>
    <w:p>
      <w:pPr>
        <w:spacing w:after="80" w:line="240" w:lineRule="auto"/>
      </w:pPr>
      <w:r>
        <w:t>☐ copia di un documento di identità in corso di validità;</w:t>
      </w:r>
    </w:p>
    <w:p>
      <w:pPr>
        <w:spacing w:after="80" w:line="240" w:lineRule="auto"/>
      </w:pPr>
      <w:r>
        <w:t>☐ curriculum vitae datato e sottoscritto;</w:t>
      </w:r>
    </w:p>
    <w:p>
      <w:pPr>
        <w:spacing w:after="80" w:line="240" w:lineRule="auto"/>
      </w:pPr>
      <w:r>
        <w:t>☐ eventuale documentazione utile a comprovare titoli o servizi dichiarati: ____________________________________________.</w:t>
      </w:r>
    </w:p>
    <w:p>
      <w:pPr>
        <w:spacing w:after="80" w:line="240" w:lineRule="auto"/>
      </w:pPr>
      <w:r>
        <w:rPr>
          <w:i/>
        </w:rPr>
        <w:t>Il/La sottoscritto/a autorizza l’Istituzione scolastica a effettuare le verifiche sulle dichiarazioni rese e si impegna a comunicare tempestivamente ogni variazione dei recapiti indicati.</w:t>
      </w:r>
    </w:p>
    <w:p>
      <w:pPr>
        <w:spacing w:after="80" w:line="240" w:lineRule="auto"/>
      </w:pPr>
      <w:r>
        <w:br/>
        <w:t>Luogo e data ______________________________                                  Firma 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